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 ואת המושג 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דרכים שונות ונכונות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שורשים, גזע, ענף ומשפחה מאמצת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יש בו שורשים, גזע וענפים כמו בעץ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כותבים קודם את השם שלך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ששתי הדרכים (דור ותיק למעלה או למטה)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משפחות מאמצות, משפחות עם שני בתים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(החלק של העץ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העבה שמחזיק את הענפים)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או משפחה בעץ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שנולדו באותה 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לציור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מבוגרים שאלות על הדורות הקודמים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ממשיכים להוסיף שמות וקווים מחברים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מאיזו ארץ הגיעה המשפחה שלנו? איך קראו לסבתא של סבתא?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הם הדור הוותיק או מקור המשפחה, ענפים הם האנשים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הסבים והסבתות הם דור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סוגי משפחות שונים וכל אחד יכול לבחור צורה שמתאימה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של עץ משפחה מצויר כדי להמחיש את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לילדים עם משפחות שונות (מאומצים, שני בתים וכו׳)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משימת יצירה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מה זה עץ משפחה, מה ההבדל בין הדורות, ואיך אפשר לצייר אותו בדרכים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גזע  ·  דור  ·  שורשים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לציור הזה 'עץ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מציירים אותו רק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יש בו שורשים, גזע וענפים כמו בעץ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עשוי מעץ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נמצא בדור הראשון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הנכדים והנכדות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סבא רבא וסבתא 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מתחילים לצייר עץ משפחה,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קודם את שם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מציירים קודם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קודם את השם שלך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דרך אחת נכונה לצייר עץ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מתאימות בדיוק לעץ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להשאיר מקום ריק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החלק של העץ שנמצא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החלק העבה שמחזיק את הענפים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האנשים שנולדו בערך באותה תקופה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שנולדו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או משפחה בעץ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העבה שמחזיק את הענפים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החלק של העץ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לציור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ממשיכים להוסיף שמות וקווים מחברים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מבוגרים שאלות על הדורות הקודמים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את האנשים הקרובים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אחת שהייתם שואלים מבוגר במשפחה על עץ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שורשים לענפים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לדור אחד במשפחה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