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המשפחה ואת המושג 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דרכים שונות ונכונות לצייר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שורשים, גזע, ענף ומשפחה מאמצת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 בו שורשים, גזע וענפים כמו בעץ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כותבים קודם את השם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עץ שבו כל ענף הוא אדם חשוב, לא רק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ששמו עוד לא נכתב על העץ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ששתי הדרכים (דור ותיק למעלה או למטה)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משפחות מאמצות, משפחות עם שני בתים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הדור השלישי הם ההורים, הסבים הם הדור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הטקסט מזכיר אפשרויות נוספות לציור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מאמצת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של העץ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(החלק העבה שמחזיק את הענפים)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(אדם או משפחה בעץ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שנולדו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(משפחה שבחרה לגדל ילד)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לציור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את האנשים הקרובים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מבוגרים שאלות על הדורות הקודמים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ממשיכים להוסיף שמות וקווים מחברים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מקשטים את העץ בציורים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מאיזו ארץ הגיעה המשפחה שלנו? איך קראו לסבתא של סבתא?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משפחות שונות זו מזו, ואין צורה אחת נכונה - חשוב שהקווים יראו את הקשרים בין האנשים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 הם הדור הוותיק או מקור המשפחה, ענפים הם האנשים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הסבים והסבתות הם דור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סוגי משפחות שונים וכל אחד יכול לבחור צורה שמתאימה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של עץ משפחה מצויר כדי להמחיש את חלקי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רגישות לילדים עם משפחות שונות (מאומצים, שני בתים וכו׳)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משימת יצירה בכיתה אחרי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עץ משפחה, מה ההבדל בין הדורות, ואיך אפשר לצייר אותו בדרכים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לציור הזה 'עץ משפחה'?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מציירים אותו רק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בו שורשים, גזע וענפים כמו בעץ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עשוי מעץ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לטפס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נמצא בדור הראשון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הנכדים והנכדות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רבא וסבתא רבתא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מתחילים לצייר עץ משפחה,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קודם את שם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קודם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קודם את השם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מצלמים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'עץ האנשים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שבו כל ענף הוא בעל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עם ציורי פרחים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שבו כל ענף הוא אדם חשוב, לא רק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שמצויר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עומר מגלה בפתיחת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צריך לצייר עץ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ששמו עוד לא נכתב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שהעץ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שסבא שכח את שמו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דרך אחת נכונה לצייר עץ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מתאימות בדיוק לעץ 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להשאיר מקום ריק בעץ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השלישי בעץ המשפחה הם הסבים והסבתות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עץ משפחה גם בצורת מעגלים או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של העץ שנמצא באדמה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העבה שמחזיק את הענפים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האנשים שנולדו בערך באותה תקופה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משפחה שבחרה לגדל ילד כבן או בת שלה נקראת משפחה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בעץ משפחה, כל ענף יכול לייצג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 העבה שמחזיק את הענפים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של העץ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שנולדו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משפחה שבחרה לגדל 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 מאמצת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או משפחה בעץ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לציור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מבוגרים שאלות על הדורות הקודמים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מקשטים את העץ בציורים נוספים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האנשים הקרובים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להוסיף שמות וקווים מחברים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שהייתם שואלים מבוגר במשפחה על עץ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אפשר לצייר עץ משפחה בכמה דרכים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שורשים לענפים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לדור אחד במשפחה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לא כל עץ משפחה חייב להיראות אותו 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